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CESIÓN DE DERECHOS POSESORIOS</w:t>
      </w:r>
    </w:p>
    <w:p>
      <w:pPr>
        <w:jc w:val="both"/>
      </w:pPr>
      <w:r>
        <w:t>Entre, por una parte, …………………, de estado civil …………………, con D.N.I. …………………, domiciliado/a en calle …………………, …………………, Partido de …………………, en adelante llamada «LA PARTE CEDENTE», y por la otra, …………………, con D.N.I. …………………, domiciliado/a en calle …………………, …………………, Partido de …………………, en adelante llamada «LA PARTE CESIONARIA», convienen en celebrar el presente contrato de cesión de derechos posesorios, el que se regirá por las siguientes cláusulas especiales:</w:t>
      </w:r>
    </w:p>
    <w:p>
      <w:pPr>
        <w:jc w:val="both"/>
      </w:pPr>
      <w:r>
        <w:rPr>
          <w:b/>
        </w:rPr>
        <w:t xml:space="preserve">PRIMERA: </w:t>
      </w:r>
      <w:r>
        <w:t>LA PARTE CEDENTE CEDE, VENDE y TRANSFIERE a favor de LA PARTE CESIONARIA todos los derechos posesorios que detenta en forma pública, pacífica y continua desde el año …………………, en virtud de documentación que así lo acredita y que es entregada en este acto (impuestos municipales, servicios y otros documentos probatorios de la posesión), del inmueble ubicado en calle …………………, …………………, Partido de …………………, designado según título como Lote ………………… de la Manzana …………………, con una superficie total de …………………, que le corresponde a LA PARTE CEDENTE por ejercer la posesión desde el año ………………… a la fecha en forma ininterrumpida, según la documentación antes relacionada.</w:t>
      </w:r>
    </w:p>
    <w:p>
      <w:pPr>
        <w:jc w:val="both"/>
      </w:pPr>
      <w:r>
        <w:rPr>
          <w:b/>
        </w:rPr>
        <w:t xml:space="preserve">SEGUNDA: </w:t>
      </w:r>
      <w:r>
        <w:t>Esta cesión se realiza por el precio total y convenido de PESOS ………………… ($ …………………), pagaderos totalmente por LA PARTE CESIONARIA en este acto, sirviendo el presente de suficiente recibo y carta de pago en forma legal.</w:t>
      </w:r>
    </w:p>
    <w:p>
      <w:pPr>
        <w:jc w:val="both"/>
      </w:pPr>
      <w:r>
        <w:rPr>
          <w:b/>
        </w:rPr>
        <w:t xml:space="preserve">TERCERA: </w:t>
      </w:r>
      <w:r>
        <w:t>La posesión del bien, libre de ocupantes e intrusos, se entrega en este acto, en el estado en que se encuentra y que LA PARTE CESIONARIA conoce y acepta.</w:t>
      </w:r>
    </w:p>
    <w:p>
      <w:pPr>
        <w:jc w:val="both"/>
      </w:pPr>
      <w:r>
        <w:rPr>
          <w:b/>
        </w:rPr>
        <w:t xml:space="preserve">CUARTA: </w:t>
      </w:r>
      <w:r>
        <w:t>LA PARTE CEDENTE coloca a LA PARTE CESIONARIA en su mismo lugar, grado y prelación con respecto al bien cedido.</w:t>
      </w:r>
    </w:p>
    <w:p>
      <w:pPr>
        <w:jc w:val="both"/>
      </w:pPr>
      <w:r>
        <w:t>En prueba de conformidad, se firman dos (2) ejemplares de un mismo tenor y a un solo efecto, en la Ciudad y Partido de …………………, a los ………………… días del mes de ………………… de 20……</w:t>
      </w:r>
    </w:p>
    <w:p>
      <w:r>
        <w:br/>
        <w:br/>
        <w:t>______________________________</w:t>
        <w:br/>
        <w:t>Parte cedente — firma, aclaración y D.N.I.</w:t>
      </w:r>
    </w:p>
    <w:p>
      <w:r>
        <w:br/>
        <w:br/>
        <w:t>______________________________</w:t>
        <w:br/>
        <w:t>Parte cesionaria — firma, aclaración y D.N.I.</w:t>
      </w:r>
    </w:p>
    <w:p>
      <w:pPr>
        <w:jc w:val="center"/>
      </w:pPr>
      <w:r>
        <w:rPr>
          <w:color w:val="555555"/>
          <w:sz w:val="16"/>
        </w:rPr>
        <w:t>Modelo orientativo. Completalo con los datos de la operación y, antes de firmar, revisalo con un escribano o un abogado. · Castilla Propiedades · castillapropiedades.com.ar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Cesión de derechos posesorios</dc:title>
  <dc:subject/>
  <dc:creator>Castilla Propiedades</dc:creator>
  <cp:keywords/>
  <dc:description>generated by python-docx</dc:description>
  <cp:lastModifiedBy>Castilla Propiedades</cp:lastModifiedBy>
  <cp:revision>1</cp:revision>
  <dcterms:created xsi:type="dcterms:W3CDTF">2013-12-23T23:15:00Z</dcterms:created>
  <dcterms:modified xsi:type="dcterms:W3CDTF">2013-12-23T23:15:00Z</dcterms:modified>
  <cp:category/>
</cp:coreProperties>
</file>